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noms et des lieux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9961641531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