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hommes de l'ombre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lemkami/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9789947211113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