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رجال الخفاء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لمقامي/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9789947212486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