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السياسي في الثورة الجزائرية 1960-1961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سيد علي أحمد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9789947842638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