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أيار/ ماي 45 والإبادة الجماعية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عيناد تابت/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9789947212226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