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موضوعات وقضايا من تاريخ الجزائر والعرب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9789961605868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