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niti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hamed larbi madac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0379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