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Torturés par le pen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Hamid bousselham/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9789961804049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