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ierres et lum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lgacem ait ou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9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