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Aux sources du nationalisme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Kamel bouguessa/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