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مذكراتي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الرحمان بن العقون/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دحلب/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9789961611784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