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أولاد سيدي الشيخ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بحوص/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9961543823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