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فرحات عباس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تابليت/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9789961905241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