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L'été de la discorde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 haroun/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9789961642535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