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aidi lakhd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sser dja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354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