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Abane ramdane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Khalfa mameri/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9961905423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