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L'algérie nation et société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Mostefa lacheraf/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9961644824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