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oir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nri Al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57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