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حزب الشعب الجزائري 1937- 1939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قنانش/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9789961012833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