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Histoire ; culture et société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Mostefa lacheraf/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9789961756805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