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أيام خالدة في حياة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الصالح صديق/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9789961628706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