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Memoires du general Khaled nezzar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Ali haroun/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Chihab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9789961633946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