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courrier Alger - le caire 1954- 1956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9789961642764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