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L'émergence de l'intelligentsia algérienne (1850-1950)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فرنسية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djilali sari/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1.éd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منشوراتANEP/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320p.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9789947213094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31/07/2026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