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uvement insurrectionnel de 187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ahar oussedi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890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