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textes fondamentaux de la révolution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9789947213940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