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étif 194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ean-louis planch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hihab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3700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