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nations unies face à la question algérienne (1954-1962)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Khalfa mameri/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