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قلب المعركة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الشريف ولد الحسين/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القصبة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9789961647172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