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بوعمامة 1881- 1908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