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: بلد التحدي والصمود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9789961628690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