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عية العلماء المسلمين الجزائريين التاريخية (1931- 1956) ورؤساؤها الثل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ركي رابح عما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7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