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 vidal-naquet les crimes de l'armée francaise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Vidal-naquet/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