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désastre d&amp;mographique de 1867- 1868 en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djilali sari/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9789961629178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