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 Smai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ahar oussedi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894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