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نداء........الحق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9789961665763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