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ليل الإستعمار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المسك/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9789961928264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الحركة النفسية/ الإستعمارالفرنسي/ الحركة الوطنية/ الجهاد/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