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Chroniques d'un massacre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Boucif mekhaled/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