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dépossession des fellahs (1830-1962)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djilali sari/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9789961629154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