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Quand la france torturait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Hamid bousselham/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9789961903353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