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tortionnaires 1830- 1962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Boualem nedjadi/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