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Jacques vergés l'anticolonialiste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Philippe karim felissi/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Chihab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90014833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