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vie politique à alger de 1919 à1939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9789961624708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