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de la guerre d'indépendance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Sylvie thénault/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9789961486122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