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ثورات الجزائر في القرنين التاسع عشر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9789961545184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