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الجزائر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محمد العربي ولد خليفة/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الأمة/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335ص.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9789961672105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