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العقيد عميروش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الصالح صديق/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9789961670868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