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droile de justice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Sylvie thénault/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