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Huit jours de la bataille d'alger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djilali sari/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9789961629147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