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 l'algérie "francaise " à l'algérie algérienne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Charles-robert ageron/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EDIF 2000/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9789961966259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